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3457F" w14:textId="77777777" w:rsidR="003E2EAD" w:rsidRDefault="00FF1CFF">
      <w:pPr>
        <w:pStyle w:val="Title"/>
        <w:jc w:val="center"/>
      </w:pPr>
      <w:r>
        <w:t>Pulborough Parish Council</w:t>
      </w:r>
    </w:p>
    <w:p w14:paraId="63FDFA77" w14:textId="77777777" w:rsidR="003E2EAD" w:rsidRDefault="00FF1CFF">
      <w:pPr>
        <w:jc w:val="center"/>
      </w:pPr>
      <w:r>
        <w:rPr>
          <w:b/>
          <w:sz w:val="28"/>
        </w:rPr>
        <w:t>MUGA Booking Terms and Conditions</w:t>
      </w:r>
    </w:p>
    <w:p w14:paraId="5C4397A3" w14:textId="25AD658C" w:rsidR="003E2EAD" w:rsidRDefault="00FF1CFF" w:rsidP="00906658">
      <w:pPr>
        <w:pStyle w:val="Heading1"/>
      </w:pPr>
      <w:r w:rsidRPr="00906658">
        <w:t>Online booking and acceptance</w:t>
      </w:r>
    </w:p>
    <w:p w14:paraId="54619C04" w14:textId="77777777" w:rsidR="00906658" w:rsidRPr="00906658" w:rsidRDefault="00906658" w:rsidP="00906658">
      <w:pPr>
        <w:pStyle w:val="ListNumber"/>
        <w:numPr>
          <w:ilvl w:val="0"/>
          <w:numId w:val="0"/>
        </w:numPr>
      </w:pPr>
    </w:p>
    <w:p w14:paraId="281D1FA8" w14:textId="77777777" w:rsidR="003E2EAD" w:rsidRDefault="00FF1CFF">
      <w:pPr>
        <w:pStyle w:val="ListNumber"/>
      </w:pPr>
      <w:r>
        <w:t>The person making the booking must be aged 18 or over and shall be responsible for the booking, all participants, spectators, coaches, contractors and other persons attending as part of the booking.</w:t>
      </w:r>
    </w:p>
    <w:p w14:paraId="005448E7" w14:textId="77777777" w:rsidR="003E2EAD" w:rsidRDefault="00FF1CFF">
      <w:pPr>
        <w:pStyle w:val="ListNumber"/>
      </w:pPr>
      <w:r>
        <w:t>A booking is only confirmed once accepted through the Council’s online booking system and any required fee has been paid.</w:t>
      </w:r>
    </w:p>
    <w:p w14:paraId="3C7D635E" w14:textId="77777777" w:rsidR="003E2EAD" w:rsidRDefault="00FF1CFF">
      <w:pPr>
        <w:pStyle w:val="ListNumber"/>
      </w:pPr>
      <w:r>
        <w:t>By completing the online booking, the Hirer confirms that they have read, understood and agree to comply with these Terms and Conditions.</w:t>
      </w:r>
    </w:p>
    <w:p w14:paraId="3159CF63" w14:textId="77777777" w:rsidR="003E2EAD" w:rsidRDefault="00FF1CFF">
      <w:pPr>
        <w:pStyle w:val="ListNumber"/>
      </w:pPr>
      <w:r>
        <w:t>The Hirer must use the MUGA only for the date, time and purpose stated in the booking.</w:t>
      </w:r>
    </w:p>
    <w:p w14:paraId="5D75E0B4" w14:textId="77777777" w:rsidR="003E2EAD" w:rsidRDefault="00FF1CFF">
      <w:pPr>
        <w:pStyle w:val="ListNumber"/>
      </w:pPr>
      <w:r>
        <w:t>Access arrangements, codes or keys must not be shared with anyone other than those attending the confirmed booking.</w:t>
      </w:r>
    </w:p>
    <w:p w14:paraId="0E3A4E22" w14:textId="77777777" w:rsidR="003E2EAD" w:rsidRDefault="00FF1CFF">
      <w:pPr>
        <w:pStyle w:val="ListNumber"/>
      </w:pPr>
      <w:r>
        <w:t>The Hirer must vacate the MUGA promptly at the end of the booked period.</w:t>
      </w:r>
    </w:p>
    <w:p w14:paraId="6DD421AD" w14:textId="23F8E7F7" w:rsidR="003E2EAD" w:rsidRPr="00906658" w:rsidRDefault="00FF1CFF" w:rsidP="00906658">
      <w:pPr>
        <w:pStyle w:val="Heading1"/>
      </w:pPr>
      <w:r w:rsidRPr="00906658">
        <w:t>Permitted use</w:t>
      </w:r>
    </w:p>
    <w:p w14:paraId="796E9FE4" w14:textId="77777777" w:rsidR="00906658" w:rsidRDefault="00906658" w:rsidP="00906658">
      <w:pPr>
        <w:pStyle w:val="ListNumber"/>
        <w:numPr>
          <w:ilvl w:val="0"/>
          <w:numId w:val="0"/>
        </w:numPr>
        <w:ind w:left="360"/>
      </w:pPr>
    </w:p>
    <w:p w14:paraId="7E1CD3F1" w14:textId="3070FB8A" w:rsidR="003E2EAD" w:rsidRDefault="00FF1CFF">
      <w:pPr>
        <w:pStyle w:val="ListNumber"/>
      </w:pPr>
      <w:r>
        <w:t>The MUGA may be used only for lawful sporting and recreational activities appropriate to the surface and equipment provided.</w:t>
      </w:r>
    </w:p>
    <w:p w14:paraId="32FBCC8C" w14:textId="77777777" w:rsidR="003E2EAD" w:rsidRDefault="00FF1CFF">
      <w:pPr>
        <w:pStyle w:val="ListNumber"/>
      </w:pPr>
      <w:r>
        <w:t>Commercial coaching, paid instruction, club sessions, tournaments, organised group sessions or business use must be declared at the time of booking and may require prior written approval from the Council.</w:t>
      </w:r>
    </w:p>
    <w:p w14:paraId="00E2E46A" w14:textId="77777777" w:rsidR="003E2EAD" w:rsidRDefault="00FF1CFF">
      <w:pPr>
        <w:pStyle w:val="ListNumber"/>
      </w:pPr>
      <w:r>
        <w:t>The Hirer must not sub-let, transfer or assign the booking to any other person or organisation.</w:t>
      </w:r>
    </w:p>
    <w:p w14:paraId="507A4016" w14:textId="77777777" w:rsidR="00906658" w:rsidRDefault="00FF1CFF" w:rsidP="00906658">
      <w:pPr>
        <w:pStyle w:val="ListNumber"/>
      </w:pPr>
      <w:r>
        <w:t>The Council may refuse or cancel a booking where the proposed use is unsuitable, unsafe, likely to cause nuisance, or not covered by appropriate insurance.</w:t>
      </w:r>
    </w:p>
    <w:p w14:paraId="0328DA5A" w14:textId="6DE049C0" w:rsidR="003E2EAD" w:rsidRDefault="00FF1CFF" w:rsidP="00906658">
      <w:pPr>
        <w:pStyle w:val="Heading1"/>
      </w:pPr>
      <w:r>
        <w:t>Insurance</w:t>
      </w:r>
    </w:p>
    <w:p w14:paraId="06580F8C" w14:textId="77777777" w:rsidR="00906658" w:rsidRDefault="00906658" w:rsidP="00906658">
      <w:pPr>
        <w:pStyle w:val="ListNumber"/>
        <w:numPr>
          <w:ilvl w:val="0"/>
          <w:numId w:val="0"/>
        </w:numPr>
        <w:ind w:left="360"/>
      </w:pPr>
    </w:p>
    <w:p w14:paraId="514D7158" w14:textId="77777777" w:rsidR="003E2EAD" w:rsidRDefault="00FF1CFF">
      <w:pPr>
        <w:pStyle w:val="ListNumber"/>
      </w:pPr>
      <w:r>
        <w:t>The Council maintains insurance in respect of its legal liabilities as owner and operator of the MUGA. This does not necessarily provide cover for the Hirer’s own activities, negligence, equipment, property, participants, coaches, contractors or commercial use.</w:t>
      </w:r>
    </w:p>
    <w:p w14:paraId="23021979" w14:textId="77777777" w:rsidR="003E2EAD" w:rsidRDefault="00FF1CFF">
      <w:pPr>
        <w:pStyle w:val="ListNumber"/>
      </w:pPr>
      <w:r>
        <w:t>Hirers are responsible for considering whether they require their own public liability, personal accident or other insurance.</w:t>
      </w:r>
    </w:p>
    <w:p w14:paraId="2297F73F" w14:textId="77777777" w:rsidR="003E2EAD" w:rsidRDefault="00FF1CFF">
      <w:pPr>
        <w:pStyle w:val="ListNumber"/>
      </w:pPr>
      <w:r>
        <w:t>The Council’s insurance does not cover items owned by court users. Equipment brought into and/or left at the MUGA is entirely at the owner’s risk.</w:t>
      </w:r>
    </w:p>
    <w:p w14:paraId="3AF4FFE2" w14:textId="77777777" w:rsidR="003E2EAD" w:rsidRDefault="00FF1CFF">
      <w:pPr>
        <w:pStyle w:val="ListNumber"/>
      </w:pPr>
      <w:r>
        <w:t>Where required by the Council, the Hirer must provide evidence of public liability insurance before the booking takes place. The minimum level of cover shall be determined by the Council from time to time, having regard to the nature of the activity and advice from the Council’s insurer or broker.</w:t>
      </w:r>
    </w:p>
    <w:p w14:paraId="64094C54" w14:textId="77777777" w:rsidR="003E2EAD" w:rsidRDefault="00FF1CFF">
      <w:pPr>
        <w:pStyle w:val="ListNumber"/>
      </w:pPr>
      <w:r>
        <w:lastRenderedPageBreak/>
        <w:t>Commercial, business, coaching, club or organised group users may be required to hold their own public liability insurance and to provide evidence of that cover before use.</w:t>
      </w:r>
    </w:p>
    <w:p w14:paraId="53C21A71" w14:textId="77777777" w:rsidR="003E2EAD" w:rsidRDefault="00FF1CFF">
      <w:pPr>
        <w:pStyle w:val="ListNumber"/>
      </w:pPr>
      <w:r>
        <w:t xml:space="preserve">It is the Hirer’s responsibility to ensure that any contractor, coach, instructor or other </w:t>
      </w:r>
      <w:proofErr w:type="gramStart"/>
      <w:r>
        <w:t>third party</w:t>
      </w:r>
      <w:proofErr w:type="gramEnd"/>
      <w:r>
        <w:t xml:space="preserve"> providing equipment or services in connection with the booking has appropriate insurance.</w:t>
      </w:r>
    </w:p>
    <w:p w14:paraId="587D386A" w14:textId="6A3DB457" w:rsidR="003E2EAD" w:rsidRDefault="00FF1CFF" w:rsidP="00906658">
      <w:pPr>
        <w:pStyle w:val="Heading1"/>
      </w:pPr>
      <w:r>
        <w:t>Liability</w:t>
      </w:r>
    </w:p>
    <w:p w14:paraId="225783B7" w14:textId="77777777" w:rsidR="00906658" w:rsidRDefault="00906658" w:rsidP="00906658">
      <w:pPr>
        <w:pStyle w:val="ListNumber"/>
        <w:numPr>
          <w:ilvl w:val="0"/>
          <w:numId w:val="0"/>
        </w:numPr>
        <w:ind w:left="360"/>
      </w:pPr>
    </w:p>
    <w:p w14:paraId="56EA32C4" w14:textId="77777777" w:rsidR="003E2EAD" w:rsidRDefault="00FF1CFF">
      <w:pPr>
        <w:pStyle w:val="ListNumber"/>
      </w:pPr>
      <w:r>
        <w:t>The Council is not responsible for, and will not accept liability for, any loss, damage, injury or death sustained by any person in connection with the use of the Facility, except where such loss, damage, injury or death is caused by the Council’s negligence, breach of statutory duty, or any defect in its premises for which the Council is legally responsible.</w:t>
      </w:r>
    </w:p>
    <w:p w14:paraId="71AA777F" w14:textId="77777777" w:rsidR="003E2EAD" w:rsidRDefault="00FF1CFF">
      <w:pPr>
        <w:pStyle w:val="ListNumber"/>
      </w:pPr>
      <w:r>
        <w:t>Nothing in these Terms and Conditions excludes or limits the Council’s liability for death or personal injury caused by its negligence, or for any liability which cannot lawfully be excluded or limited.</w:t>
      </w:r>
    </w:p>
    <w:p w14:paraId="58150AC9" w14:textId="77777777" w:rsidR="00906658" w:rsidRDefault="00FF1CFF" w:rsidP="00906658">
      <w:pPr>
        <w:pStyle w:val="ListNumber"/>
      </w:pPr>
      <w:r>
        <w:t>The Hirer is responsible for the conduct and safety of all participants, spectators, coaches, contractors and others attending as part of the booking.</w:t>
      </w:r>
    </w:p>
    <w:p w14:paraId="15075BBD" w14:textId="3C06486B" w:rsidR="003E2EAD" w:rsidRDefault="00FF1CFF" w:rsidP="00906658">
      <w:pPr>
        <w:pStyle w:val="Heading1"/>
      </w:pPr>
      <w:r>
        <w:t>Indemnity, damage and reinstatement</w:t>
      </w:r>
    </w:p>
    <w:p w14:paraId="49321EA7" w14:textId="77777777" w:rsidR="00906658" w:rsidRDefault="00906658" w:rsidP="00906658">
      <w:pPr>
        <w:pStyle w:val="ListNumber"/>
        <w:numPr>
          <w:ilvl w:val="0"/>
          <w:numId w:val="0"/>
        </w:numPr>
        <w:ind w:left="360"/>
      </w:pPr>
    </w:p>
    <w:p w14:paraId="56572A0A" w14:textId="77777777" w:rsidR="003E2EAD" w:rsidRDefault="00FF1CFF">
      <w:pPr>
        <w:pStyle w:val="ListNumber"/>
      </w:pPr>
      <w:r>
        <w:t>The Hirer shall be responsible for any damage to the MUGA, Council property or third-party property caused by the Hirer, participants, spectators, coaches, contractors or anyone attending as part of the booking.</w:t>
      </w:r>
    </w:p>
    <w:p w14:paraId="68F4AD4D" w14:textId="77777777" w:rsidR="003E2EAD" w:rsidRDefault="00FF1CFF">
      <w:pPr>
        <w:pStyle w:val="ListNumber"/>
      </w:pPr>
      <w:r>
        <w:t>The Hirer shall reimburse the Council on demand for the reasonable cost of repair, reinstatement, replacement, cleaning, securing the Facility or dealing with damage, loss, theft, misuse or unauthorised use arising from the booking.</w:t>
      </w:r>
    </w:p>
    <w:p w14:paraId="0CE6E32E" w14:textId="77777777" w:rsidR="00906658" w:rsidRDefault="00FF1CFF" w:rsidP="00906658">
      <w:pPr>
        <w:pStyle w:val="ListNumber"/>
      </w:pPr>
      <w:r>
        <w:t>The Hirer shall indemnify the Council against claims, costs, losses, liabilities and expenses arising from the Hirer’s use of the Facility, breach of these Terms and Conditions, negligence, misuse, unauthorised activity, or the acts or omissions of persons attending as part of the booking, except to the extent caused by the Council’s negligence or breach of statutory duty.</w:t>
      </w:r>
    </w:p>
    <w:p w14:paraId="366865DB" w14:textId="47C287F7" w:rsidR="003E2EAD" w:rsidRDefault="00FF1CFF" w:rsidP="00906658">
      <w:pPr>
        <w:pStyle w:val="Heading1"/>
      </w:pPr>
      <w:r>
        <w:t>Health and safety</w:t>
      </w:r>
    </w:p>
    <w:p w14:paraId="3E6E5953" w14:textId="77777777" w:rsidR="00906658" w:rsidRDefault="00906658" w:rsidP="00906658">
      <w:pPr>
        <w:pStyle w:val="ListNumber"/>
        <w:numPr>
          <w:ilvl w:val="0"/>
          <w:numId w:val="0"/>
        </w:numPr>
        <w:ind w:left="360"/>
      </w:pPr>
    </w:p>
    <w:p w14:paraId="5E185D38" w14:textId="77777777" w:rsidR="003E2EAD" w:rsidRDefault="00FF1CFF">
      <w:pPr>
        <w:pStyle w:val="ListNumber"/>
      </w:pPr>
      <w:r>
        <w:t>The Hirer must carry out a visual check of the MUGA before use.</w:t>
      </w:r>
    </w:p>
    <w:p w14:paraId="67BD254D" w14:textId="77777777" w:rsidR="003E2EAD" w:rsidRDefault="00FF1CFF">
      <w:pPr>
        <w:pStyle w:val="ListNumber"/>
      </w:pPr>
      <w:r>
        <w:t>The Hirer must not use the MUGA if the surface, fencing, gates, goals, nets, lighting or other equipment appears unsafe.</w:t>
      </w:r>
    </w:p>
    <w:p w14:paraId="5E4CF3C1" w14:textId="77777777" w:rsidR="003E2EAD" w:rsidRDefault="00FF1CFF">
      <w:pPr>
        <w:pStyle w:val="ListNumber"/>
      </w:pPr>
      <w:r>
        <w:t>Any defect, damage, hazard, accident, injury, near miss or antisocial behaviour must be reported to the Council as soon as possible.</w:t>
      </w:r>
    </w:p>
    <w:p w14:paraId="49302BD3" w14:textId="77777777" w:rsidR="003E2EAD" w:rsidRDefault="00FF1CFF">
      <w:pPr>
        <w:pStyle w:val="ListNumber"/>
      </w:pPr>
      <w:r>
        <w:t>The Hirer must ensure that emergency access routes are kept clear at all times.</w:t>
      </w:r>
    </w:p>
    <w:p w14:paraId="580E0907" w14:textId="77777777" w:rsidR="003E2EAD" w:rsidRDefault="00FF1CFF">
      <w:pPr>
        <w:pStyle w:val="ListNumber"/>
      </w:pPr>
      <w:r>
        <w:t>The Hirer must comply with all safety notices displayed at the MUGA.</w:t>
      </w:r>
    </w:p>
    <w:p w14:paraId="21AEF77B" w14:textId="77777777" w:rsidR="00906658" w:rsidRDefault="00FF1CFF" w:rsidP="00906658">
      <w:pPr>
        <w:pStyle w:val="ListNumber"/>
      </w:pPr>
      <w:r>
        <w:t>The Council may close the MUGA at any time where it considers this necessary for safety, maintenance, weather conditions, misuse or emergency reasons.</w:t>
      </w:r>
    </w:p>
    <w:p w14:paraId="3A292FE8" w14:textId="5058E57A" w:rsidR="003E2EAD" w:rsidRDefault="00FF1CFF" w:rsidP="00906658">
      <w:pPr>
        <w:pStyle w:val="Heading1"/>
      </w:pPr>
      <w:r>
        <w:lastRenderedPageBreak/>
        <w:t>Supervision and safeguarding</w:t>
      </w:r>
    </w:p>
    <w:p w14:paraId="77935BE8" w14:textId="77777777" w:rsidR="00906658" w:rsidRDefault="00906658" w:rsidP="00906658">
      <w:pPr>
        <w:pStyle w:val="ListNumber"/>
        <w:numPr>
          <w:ilvl w:val="0"/>
          <w:numId w:val="0"/>
        </w:numPr>
        <w:ind w:left="360"/>
      </w:pPr>
    </w:p>
    <w:p w14:paraId="591FA9ED" w14:textId="77777777" w:rsidR="003E2EAD" w:rsidRDefault="00FF1CFF">
      <w:pPr>
        <w:pStyle w:val="ListNumber"/>
      </w:pPr>
      <w:r>
        <w:t>The Hirer must not engage in any activity which prevents them from exercising general supervision during the booking.</w:t>
      </w:r>
    </w:p>
    <w:p w14:paraId="2EC6D05A" w14:textId="77777777" w:rsidR="003E2EAD" w:rsidRDefault="00FF1CFF">
      <w:pPr>
        <w:pStyle w:val="ListNumber"/>
      </w:pPr>
      <w:r>
        <w:t>All activities involving persons under 18 must be supervised by an adequate number of responsible adults, with a minimum of 1 adult per 10 young persons unless a more stringent ratio is required by the Hirer’s governing body, safeguarding policy, risk assessment or activity rules.</w:t>
      </w:r>
    </w:p>
    <w:p w14:paraId="1C33CBB6" w14:textId="77777777" w:rsidR="003E2EAD" w:rsidRDefault="00FF1CFF">
      <w:pPr>
        <w:pStyle w:val="ListNumber"/>
      </w:pPr>
      <w:r>
        <w:t>The Hirer shall, during the period of hire, be responsible for the behaviour of all persons using the Facility as part of the booking.</w:t>
      </w:r>
    </w:p>
    <w:p w14:paraId="0A1AD5BE" w14:textId="77777777" w:rsidR="003E2EAD" w:rsidRDefault="00FF1CFF">
      <w:pPr>
        <w:pStyle w:val="ListNumber"/>
      </w:pPr>
      <w:r>
        <w:t>The Hirer is responsible for ensuring that all safeguarding responsibilities arising from their activity are properly met.</w:t>
      </w:r>
    </w:p>
    <w:p w14:paraId="42869E95" w14:textId="77777777" w:rsidR="003E2EAD" w:rsidRDefault="00FF1CFF">
      <w:pPr>
        <w:pStyle w:val="ListNumber"/>
      </w:pPr>
      <w:r>
        <w:t>Where the activity involves children, young people or adults at risk, the Hirer must maintain appropriate safeguarding arrangements, supervision, safer recruitment arrangements, DBS checks where legally eligible and appropriate, risk assessments and insurance.</w:t>
      </w:r>
    </w:p>
    <w:p w14:paraId="417E9BB0" w14:textId="77777777" w:rsidR="003E2EAD" w:rsidRDefault="00FF1CFF">
      <w:pPr>
        <w:pStyle w:val="ListNumber"/>
      </w:pPr>
      <w:r>
        <w:t>The Council does not accept responsibility for supervising or safeguarding participants in the Hirer’s activity unless this has been expressly agreed in writing.</w:t>
      </w:r>
    </w:p>
    <w:p w14:paraId="61A9320E" w14:textId="77777777" w:rsidR="00906658" w:rsidRDefault="00FF1CFF" w:rsidP="00906658">
      <w:pPr>
        <w:pStyle w:val="ListNumber"/>
      </w:pPr>
      <w:r>
        <w:t>Any serious safeguarding incident connected with the use of the Facility must be reported to the appropriate statutory authority and, where lawful and appropriate, to the Council.</w:t>
      </w:r>
    </w:p>
    <w:p w14:paraId="51D16D55" w14:textId="32F233A1" w:rsidR="003E2EAD" w:rsidRDefault="00FF1CFF" w:rsidP="00906658">
      <w:pPr>
        <w:pStyle w:val="Heading1"/>
      </w:pPr>
      <w:r>
        <w:t>Prohibited items and behaviour</w:t>
      </w:r>
    </w:p>
    <w:p w14:paraId="3E402AF0" w14:textId="77777777" w:rsidR="00906658" w:rsidRDefault="00906658" w:rsidP="00906658">
      <w:pPr>
        <w:pStyle w:val="ListNumber"/>
        <w:numPr>
          <w:ilvl w:val="0"/>
          <w:numId w:val="0"/>
        </w:numPr>
        <w:ind w:left="360"/>
      </w:pPr>
    </w:p>
    <w:p w14:paraId="6A5C2454" w14:textId="77777777" w:rsidR="003E2EAD" w:rsidRDefault="00FF1CFF">
      <w:pPr>
        <w:pStyle w:val="ListNumber"/>
      </w:pPr>
      <w:r>
        <w:t>No smoking or vaping.</w:t>
      </w:r>
    </w:p>
    <w:p w14:paraId="6BEA8B2C" w14:textId="77777777" w:rsidR="003E2EAD" w:rsidRDefault="00FF1CFF">
      <w:pPr>
        <w:pStyle w:val="ListNumber"/>
      </w:pPr>
      <w:r>
        <w:t>No alcohol, glass containers, barbecues, fireworks, pyrotechnics, open flames or similar items.</w:t>
      </w:r>
    </w:p>
    <w:p w14:paraId="1FE9FCF7" w14:textId="77777777" w:rsidR="003E2EAD" w:rsidRDefault="00FF1CFF">
      <w:pPr>
        <w:pStyle w:val="ListNumber"/>
      </w:pPr>
      <w:r>
        <w:t>No dogs, except assistance dogs.</w:t>
      </w:r>
    </w:p>
    <w:p w14:paraId="6E9A4B72" w14:textId="77777777" w:rsidR="003E2EAD" w:rsidRDefault="00FF1CFF">
      <w:pPr>
        <w:pStyle w:val="ListNumber"/>
      </w:pPr>
      <w:r>
        <w:t>No studded or bladed boots.</w:t>
      </w:r>
    </w:p>
    <w:p w14:paraId="304D4BB4" w14:textId="77777777" w:rsidR="003E2EAD" w:rsidRDefault="00FF1CFF">
      <w:pPr>
        <w:pStyle w:val="ListNumber"/>
      </w:pPr>
      <w:r>
        <w:t>No climbing on fencing, gates, goals, nets, lighting columns or other structures.</w:t>
      </w:r>
    </w:p>
    <w:p w14:paraId="205DF276" w14:textId="77777777" w:rsidR="003E2EAD" w:rsidRDefault="00FF1CFF">
      <w:pPr>
        <w:pStyle w:val="ListNumber"/>
      </w:pPr>
      <w:r>
        <w:t>No vehicles, bicycles, scooters, skateboards or similar items inside the MUGA unless expressly authorised by the Council.</w:t>
      </w:r>
    </w:p>
    <w:p w14:paraId="4F2B69F0" w14:textId="77777777" w:rsidR="003E2EAD" w:rsidRDefault="00FF1CFF">
      <w:pPr>
        <w:pStyle w:val="ListNumber"/>
      </w:pPr>
      <w:r>
        <w:t>No amplified music or excessive noise.</w:t>
      </w:r>
    </w:p>
    <w:p w14:paraId="4F8C0A8E" w14:textId="77777777" w:rsidR="003E2EAD" w:rsidRDefault="00FF1CFF">
      <w:pPr>
        <w:pStyle w:val="ListNumber"/>
      </w:pPr>
      <w:r>
        <w:t>No offensive, abusive, threatening, disorderly or antisocial behaviour.</w:t>
      </w:r>
    </w:p>
    <w:p w14:paraId="4A7DD8C7" w14:textId="77777777" w:rsidR="003E2EAD" w:rsidRDefault="00FF1CFF">
      <w:pPr>
        <w:pStyle w:val="ListNumber"/>
      </w:pPr>
      <w:r>
        <w:t>No removal, covering or interference with notices, placards or safety information displayed by the Council.</w:t>
      </w:r>
    </w:p>
    <w:p w14:paraId="766A0B0E" w14:textId="77777777" w:rsidR="00906658" w:rsidRDefault="00FF1CFF" w:rsidP="00906658">
      <w:pPr>
        <w:pStyle w:val="ListNumber"/>
      </w:pPr>
      <w:r>
        <w:t>No use outside the confirmed booking time.</w:t>
      </w:r>
    </w:p>
    <w:p w14:paraId="7B939607" w14:textId="77777777" w:rsidR="005F391D" w:rsidRDefault="005F391D" w:rsidP="005F391D">
      <w:pPr>
        <w:pStyle w:val="ListNumber"/>
      </w:pPr>
      <w:r w:rsidRPr="00706F0D">
        <w:t xml:space="preserve">No littering, </w:t>
      </w:r>
      <w:r>
        <w:t xml:space="preserve">please </w:t>
      </w:r>
      <w:r w:rsidRPr="00706F0D">
        <w:t>remove and take home or put in nearby bin</w:t>
      </w:r>
    </w:p>
    <w:p w14:paraId="67EF892B" w14:textId="77777777" w:rsidR="005F391D" w:rsidRDefault="005F391D" w:rsidP="005F391D">
      <w:pPr>
        <w:pStyle w:val="ListNumber"/>
        <w:numPr>
          <w:ilvl w:val="0"/>
          <w:numId w:val="0"/>
        </w:numPr>
        <w:ind w:left="360"/>
      </w:pPr>
    </w:p>
    <w:p w14:paraId="5F91594B" w14:textId="5D36FEA9" w:rsidR="003E2EAD" w:rsidRDefault="00FF1CFF" w:rsidP="00906658">
      <w:pPr>
        <w:pStyle w:val="Heading1"/>
      </w:pPr>
      <w:r>
        <w:t>Nuisance and consideration for residents</w:t>
      </w:r>
    </w:p>
    <w:p w14:paraId="368BC997" w14:textId="77777777" w:rsidR="00906658" w:rsidRDefault="00906658" w:rsidP="00906658">
      <w:pPr>
        <w:pStyle w:val="ListNumber"/>
        <w:numPr>
          <w:ilvl w:val="0"/>
          <w:numId w:val="0"/>
        </w:numPr>
        <w:ind w:left="360"/>
      </w:pPr>
    </w:p>
    <w:p w14:paraId="661B7E84" w14:textId="77777777" w:rsidR="003E2EAD" w:rsidRDefault="00FF1CFF">
      <w:pPr>
        <w:pStyle w:val="ListNumber"/>
      </w:pPr>
      <w:r>
        <w:t>The MUGA is a community facility, primarily for the benefit of residents. It is in a residential area and must be used with due consideration for nearby residents and other users of the Pavilion, recreation ground and playing fields.</w:t>
      </w:r>
    </w:p>
    <w:p w14:paraId="47D179DA" w14:textId="77777777" w:rsidR="003E2EAD" w:rsidRDefault="00FF1CFF">
      <w:pPr>
        <w:pStyle w:val="ListNumber"/>
      </w:pPr>
      <w:r>
        <w:t>The Hirer is responsible for ensuring that noise levels do not interfere with others or cause inconvenience, disturbance or annoyance to occupiers of nearby properties.</w:t>
      </w:r>
    </w:p>
    <w:p w14:paraId="4A3C6940" w14:textId="77777777" w:rsidR="003E2EAD" w:rsidRDefault="00FF1CFF">
      <w:pPr>
        <w:pStyle w:val="ListNumber"/>
      </w:pPr>
      <w:r>
        <w:lastRenderedPageBreak/>
        <w:t>The Hirer must leave the area quietly and promptly at the end of the booking, particularly during evenings.</w:t>
      </w:r>
    </w:p>
    <w:p w14:paraId="3A205EB0" w14:textId="77777777" w:rsidR="00906658" w:rsidRDefault="00FF1CFF" w:rsidP="00906658">
      <w:pPr>
        <w:pStyle w:val="ListNumber"/>
      </w:pPr>
      <w:r>
        <w:t>The Council reserves the right to terminate a booking where the event has become disorderly, where offensive behaviour is in evidence, or where the Council considers noise to be excessive or causing a nuisance.</w:t>
      </w:r>
    </w:p>
    <w:p w14:paraId="01835B70" w14:textId="06DD61CE" w:rsidR="003E2EAD" w:rsidRDefault="00FF1CFF" w:rsidP="00906658">
      <w:pPr>
        <w:pStyle w:val="Heading1"/>
      </w:pPr>
      <w:r>
        <w:t>Personal property and lost property</w:t>
      </w:r>
    </w:p>
    <w:p w14:paraId="096507F7" w14:textId="77777777" w:rsidR="00906658" w:rsidRDefault="00906658" w:rsidP="00906658">
      <w:pPr>
        <w:pStyle w:val="ListNumber"/>
        <w:numPr>
          <w:ilvl w:val="0"/>
          <w:numId w:val="0"/>
        </w:numPr>
        <w:ind w:left="360"/>
      </w:pPr>
    </w:p>
    <w:p w14:paraId="2757785C" w14:textId="77777777" w:rsidR="003E2EAD" w:rsidRDefault="00FF1CFF">
      <w:pPr>
        <w:pStyle w:val="ListNumber"/>
      </w:pPr>
      <w:r>
        <w:t>The Council accepts no responsibility for damage to, loss of, or theft of any Hirer’s or user’s property or effects.</w:t>
      </w:r>
    </w:p>
    <w:p w14:paraId="61B11C64" w14:textId="77777777" w:rsidR="003E2EAD" w:rsidRDefault="00FF1CFF">
      <w:pPr>
        <w:pStyle w:val="ListNumber"/>
      </w:pPr>
      <w:r>
        <w:t>The Council may remove and store, if practical, any property left behind by the Hirer after the booking.</w:t>
      </w:r>
    </w:p>
    <w:p w14:paraId="629B0BCB" w14:textId="77777777" w:rsidR="003E2EAD" w:rsidRDefault="00FF1CFF">
      <w:pPr>
        <w:pStyle w:val="ListNumber"/>
      </w:pPr>
      <w:r>
        <w:t>The Council shall not be responsible for any damage to or theft of such property during removal or storage.</w:t>
      </w:r>
    </w:p>
    <w:p w14:paraId="405B9775" w14:textId="77777777" w:rsidR="00906658" w:rsidRDefault="00FF1CFF" w:rsidP="00906658">
      <w:pPr>
        <w:pStyle w:val="ListNumber"/>
      </w:pPr>
      <w:r>
        <w:t>The Council may dispose of any property left at the Facility and not claimed within 28 days.</w:t>
      </w:r>
    </w:p>
    <w:p w14:paraId="018EB6A8" w14:textId="14CE466A" w:rsidR="003E2EAD" w:rsidRDefault="00FF1CFF" w:rsidP="00906658">
      <w:pPr>
        <w:pStyle w:val="Heading1"/>
      </w:pPr>
      <w:r>
        <w:t>Cancellation and refunds</w:t>
      </w:r>
    </w:p>
    <w:p w14:paraId="1CBB16DB" w14:textId="77777777" w:rsidR="00906658" w:rsidRDefault="00906658" w:rsidP="00906658">
      <w:pPr>
        <w:pStyle w:val="ListNumber"/>
        <w:numPr>
          <w:ilvl w:val="0"/>
          <w:numId w:val="0"/>
        </w:numPr>
        <w:ind w:left="360"/>
      </w:pPr>
    </w:p>
    <w:p w14:paraId="5B01EBA0" w14:textId="77777777" w:rsidR="003E2EAD" w:rsidRDefault="00FF1CFF">
      <w:pPr>
        <w:pStyle w:val="ListNumber"/>
      </w:pPr>
      <w:r>
        <w:t>The Council may cancel or terminate a booking where the Hirer breaches these Terms and Conditions, where the activity is unsafe or unsuitable, where noise or behaviour causes nuisance, where the MUGA is required for emergency or maintenance reasons, or where weather or site conditions make use unsafe.</w:t>
      </w:r>
    </w:p>
    <w:p w14:paraId="73B9337D" w14:textId="77777777" w:rsidR="003E2EAD" w:rsidRDefault="00FF1CFF">
      <w:pPr>
        <w:pStyle w:val="ListNumber"/>
      </w:pPr>
      <w:r>
        <w:t>Where cancellation or termination is caused by the Hirer’s breach, misuse, disorderly behaviour, failure to provide required insurance or failure to comply with these Terms and Conditions, the Council may refuse a refund.</w:t>
      </w:r>
    </w:p>
    <w:p w14:paraId="22F929F7" w14:textId="77777777" w:rsidR="003E2EAD" w:rsidRDefault="00FF1CFF">
      <w:pPr>
        <w:pStyle w:val="ListNumber"/>
      </w:pPr>
      <w:r>
        <w:t>Where the Council cancels a booking for maintenance, emergency or safety reasons unrelated to the Hirer’s conduct, the Council may offer a refund or alternative booking.</w:t>
      </w:r>
    </w:p>
    <w:p w14:paraId="760CE131" w14:textId="77777777" w:rsidR="00906658" w:rsidRDefault="00FF1CFF" w:rsidP="00906658">
      <w:pPr>
        <w:pStyle w:val="ListNumber"/>
      </w:pPr>
      <w:r>
        <w:t>The Council may refuse future bookings from a Hirer who has breached these Terms and Conditions, caused damage, failed to pay sums due, caused nuisance, or misused the Facility.</w:t>
      </w:r>
    </w:p>
    <w:p w14:paraId="7386260F" w14:textId="7021F610" w:rsidR="00EA66B8" w:rsidRDefault="00EA66B8" w:rsidP="00EA66B8">
      <w:pPr>
        <w:pStyle w:val="ListNumber"/>
      </w:pPr>
      <w:r w:rsidRPr="00E7567F">
        <w:t>Cancellation and refund requests f</w:t>
      </w:r>
      <w:r w:rsidR="00D84924">
        <w:t>rom</w:t>
      </w:r>
      <w:r w:rsidRPr="00E7567F">
        <w:t xml:space="preserve"> </w:t>
      </w:r>
      <w:r w:rsidR="00B61393">
        <w:t xml:space="preserve">hirers of </w:t>
      </w:r>
      <w:r w:rsidRPr="00E7567F">
        <w:t>the MUGA must be made at least 24 hours in advance. Cancellations received less than 24 hours before the booking start time will not be eligible for a refund.</w:t>
      </w:r>
    </w:p>
    <w:p w14:paraId="14669C0A" w14:textId="77777777" w:rsidR="00952661" w:rsidRDefault="00952661" w:rsidP="00952661">
      <w:pPr>
        <w:pStyle w:val="ListNumber"/>
        <w:numPr>
          <w:ilvl w:val="0"/>
          <w:numId w:val="0"/>
        </w:numPr>
        <w:ind w:left="360" w:hanging="360"/>
        <w:rPr>
          <w:rFonts w:asciiTheme="majorHAnsi" w:hAnsiTheme="majorHAnsi" w:cstheme="majorHAnsi"/>
          <w:b/>
          <w:bCs/>
          <w:color w:val="365F91" w:themeColor="accent1" w:themeShade="BF"/>
          <w:sz w:val="28"/>
          <w:szCs w:val="28"/>
        </w:rPr>
      </w:pPr>
    </w:p>
    <w:p w14:paraId="5D626CDB" w14:textId="22683FDC" w:rsidR="003E2EAD" w:rsidRPr="00952661" w:rsidRDefault="00FF1CFF" w:rsidP="00952661">
      <w:pPr>
        <w:pStyle w:val="ListNumber"/>
        <w:numPr>
          <w:ilvl w:val="0"/>
          <w:numId w:val="0"/>
        </w:numPr>
        <w:ind w:left="360" w:hanging="360"/>
        <w:rPr>
          <w:rFonts w:asciiTheme="majorHAnsi" w:hAnsiTheme="majorHAnsi" w:cstheme="majorHAnsi"/>
          <w:b/>
          <w:bCs/>
          <w:color w:val="365F91" w:themeColor="accent1" w:themeShade="BF"/>
          <w:sz w:val="28"/>
          <w:szCs w:val="28"/>
        </w:rPr>
      </w:pPr>
      <w:r w:rsidRPr="00952661">
        <w:rPr>
          <w:rFonts w:asciiTheme="majorHAnsi" w:hAnsiTheme="majorHAnsi" w:cstheme="majorHAnsi"/>
          <w:b/>
          <w:bCs/>
          <w:color w:val="365F91" w:themeColor="accent1" w:themeShade="BF"/>
          <w:sz w:val="28"/>
          <w:szCs w:val="28"/>
        </w:rPr>
        <w:t>Data protection</w:t>
      </w:r>
    </w:p>
    <w:p w14:paraId="7CA7580E" w14:textId="77777777" w:rsidR="00906658" w:rsidRDefault="00906658" w:rsidP="00906658">
      <w:pPr>
        <w:pStyle w:val="ListNumber"/>
        <w:numPr>
          <w:ilvl w:val="0"/>
          <w:numId w:val="0"/>
        </w:numPr>
        <w:ind w:left="360"/>
      </w:pPr>
    </w:p>
    <w:p w14:paraId="23F6F1BD" w14:textId="77777777" w:rsidR="003E2EAD" w:rsidRDefault="00FF1CFF">
      <w:pPr>
        <w:pStyle w:val="ListNumber"/>
      </w:pPr>
      <w:r>
        <w:t>The Council will process personal data provided through the booking system for the purpose of administering MUGA bookings, payments, access arrangements, safety, complaints, debt recovery and record keeping.</w:t>
      </w:r>
    </w:p>
    <w:p w14:paraId="53A4B3E1" w14:textId="77777777" w:rsidR="003E2EAD" w:rsidRDefault="00FF1CFF">
      <w:pPr>
        <w:pStyle w:val="ListNumber"/>
      </w:pPr>
      <w:r>
        <w:t>Personal data will be handled in accordance with the Council’s privacy notice and data protection policies.</w:t>
      </w:r>
    </w:p>
    <w:p w14:paraId="70959EDE" w14:textId="77777777" w:rsidR="003E2EAD" w:rsidRDefault="00FF1CFF">
      <w:pPr>
        <w:pStyle w:val="ListNumber"/>
      </w:pPr>
      <w:r>
        <w:t>Booking information will be retained only for as long as required for operational, audit, insurance or legal purposes.</w:t>
      </w:r>
    </w:p>
    <w:p w14:paraId="4D754014" w14:textId="08B31B88" w:rsidR="00952661" w:rsidRDefault="00FF1CFF" w:rsidP="00906658">
      <w:pPr>
        <w:pStyle w:val="ListNumber"/>
      </w:pPr>
      <w:r>
        <w:lastRenderedPageBreak/>
        <w:t>The Hirer must not misuse any personal data received in connection with the booking, including access codes, contact details or information about other users.</w:t>
      </w:r>
    </w:p>
    <w:p w14:paraId="16755C0C" w14:textId="037F809A" w:rsidR="003E2EAD" w:rsidRDefault="00FF1CFF" w:rsidP="00906658">
      <w:pPr>
        <w:pStyle w:val="Heading1"/>
      </w:pPr>
      <w:r>
        <w:t>Notices and Council instructions</w:t>
      </w:r>
    </w:p>
    <w:p w14:paraId="417E8012" w14:textId="77777777" w:rsidR="00906658" w:rsidRDefault="00906658" w:rsidP="00906658">
      <w:pPr>
        <w:pStyle w:val="ListNumber"/>
        <w:numPr>
          <w:ilvl w:val="0"/>
          <w:numId w:val="0"/>
        </w:numPr>
        <w:ind w:left="360"/>
      </w:pPr>
    </w:p>
    <w:p w14:paraId="2F58E744" w14:textId="77777777" w:rsidR="003E2EAD" w:rsidRDefault="00FF1CFF">
      <w:pPr>
        <w:pStyle w:val="ListNumber"/>
      </w:pPr>
      <w:r>
        <w:t>No notices or placards erected, displayed or provided by the Council may be removed, covered up, altered or interfered with.</w:t>
      </w:r>
    </w:p>
    <w:p w14:paraId="7D06591A" w14:textId="77777777" w:rsidR="00906658" w:rsidRDefault="00FF1CFF" w:rsidP="00906658">
      <w:pPr>
        <w:pStyle w:val="ListNumber"/>
      </w:pPr>
      <w:r>
        <w:t>The Hirer must comply with all reasonable instructions given by the Council, its officers, employees, contractors or authorised representatives in relation to the use, safety or management of the MUGA.</w:t>
      </w:r>
    </w:p>
    <w:p w14:paraId="04A57A92" w14:textId="44748A14" w:rsidR="003E2EAD" w:rsidRDefault="00FF1CFF" w:rsidP="00906658">
      <w:pPr>
        <w:pStyle w:val="Heading1"/>
      </w:pPr>
      <w:r>
        <w:t>Breach of terms</w:t>
      </w:r>
    </w:p>
    <w:p w14:paraId="5EA69D0C" w14:textId="77777777" w:rsidR="00906658" w:rsidRDefault="00906658" w:rsidP="00906658">
      <w:pPr>
        <w:pStyle w:val="ListNumber"/>
        <w:numPr>
          <w:ilvl w:val="0"/>
          <w:numId w:val="0"/>
        </w:numPr>
        <w:ind w:left="360"/>
      </w:pPr>
    </w:p>
    <w:p w14:paraId="5B5BEA69" w14:textId="77777777" w:rsidR="003E2EAD" w:rsidRDefault="00FF1CFF">
      <w:pPr>
        <w:pStyle w:val="ListNumber"/>
      </w:pPr>
      <w:r>
        <w:t>A breach of these Terms and Conditions may result in immediate termination of the booking, refusal of future bookings, recovery of costs, reporting to relevant authorities, or other action considered appropriate by the Council.</w:t>
      </w:r>
    </w:p>
    <w:p w14:paraId="703CAC65" w14:textId="77777777" w:rsidR="003E2EAD" w:rsidRDefault="00FF1CFF">
      <w:pPr>
        <w:pStyle w:val="ListNumber"/>
      </w:pPr>
      <w:r>
        <w:t>The Council’s decision on the management, safety and availability of the MUGA shall be final, subject to any applicable complaints procedure.</w:t>
      </w:r>
    </w:p>
    <w:p w14:paraId="62AE8F02" w14:textId="77777777" w:rsidR="003E2EAD" w:rsidRDefault="003E2EAD"/>
    <w:p w14:paraId="123F5122" w14:textId="77777777" w:rsidR="00FF1CFF" w:rsidRDefault="00FF1CFF" w:rsidP="00906658">
      <w:pPr>
        <w:pStyle w:val="Heading1"/>
      </w:pPr>
    </w:p>
    <w:sectPr w:rsidR="00FF1CFF" w:rsidSect="00034616">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CE8E6" w14:textId="77777777" w:rsidR="00490407" w:rsidRDefault="00490407" w:rsidP="00952661">
      <w:pPr>
        <w:spacing w:after="0" w:line="240" w:lineRule="auto"/>
      </w:pPr>
      <w:r>
        <w:separator/>
      </w:r>
    </w:p>
  </w:endnote>
  <w:endnote w:type="continuationSeparator" w:id="0">
    <w:p w14:paraId="3C66EEFB" w14:textId="77777777" w:rsidR="00490407" w:rsidRDefault="00490407" w:rsidP="0095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2A4A" w14:textId="77777777" w:rsidR="00490407" w:rsidRDefault="00490407" w:rsidP="00952661">
      <w:pPr>
        <w:spacing w:after="0" w:line="240" w:lineRule="auto"/>
      </w:pPr>
      <w:r>
        <w:separator/>
      </w:r>
    </w:p>
  </w:footnote>
  <w:footnote w:type="continuationSeparator" w:id="0">
    <w:p w14:paraId="58ACDA2E" w14:textId="77777777" w:rsidR="00490407" w:rsidRDefault="00490407" w:rsidP="00952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BA1A" w14:textId="6F29A837" w:rsidR="00952661" w:rsidRDefault="00952661" w:rsidP="00952661">
    <w:pPr>
      <w:pStyle w:val="Header"/>
      <w:jc w:val="center"/>
    </w:pPr>
    <w:r w:rsidRPr="00A26B7E">
      <w:rPr>
        <w:rFonts w:eastAsia="Times New Roman" w:cs="Times New Roman"/>
        <w:b/>
        <w:noProof/>
        <w:szCs w:val="20"/>
        <w:lang w:val="x-none"/>
      </w:rPr>
      <w:drawing>
        <wp:inline distT="0" distB="0" distL="0" distR="0" wp14:anchorId="2C272AFC" wp14:editId="672FCA70">
          <wp:extent cx="1581150" cy="542925"/>
          <wp:effectExtent l="0" t="0" r="0" b="9525"/>
          <wp:docPr id="1" name="Picture 1" descr="A blue bird with its wings spread ou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blue bird with its wings spread out&#10;&#10;AI-generated content may be incorrec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9A6EDC"/>
    <w:multiLevelType w:val="hybridMultilevel"/>
    <w:tmpl w:val="8E1AEB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9560205">
    <w:abstractNumId w:val="8"/>
  </w:num>
  <w:num w:numId="2" w16cid:durableId="1927154064">
    <w:abstractNumId w:val="6"/>
  </w:num>
  <w:num w:numId="3" w16cid:durableId="977339586">
    <w:abstractNumId w:val="5"/>
  </w:num>
  <w:num w:numId="4" w16cid:durableId="1828400322">
    <w:abstractNumId w:val="4"/>
  </w:num>
  <w:num w:numId="5" w16cid:durableId="415245294">
    <w:abstractNumId w:val="7"/>
  </w:num>
  <w:num w:numId="6" w16cid:durableId="899513080">
    <w:abstractNumId w:val="3"/>
  </w:num>
  <w:num w:numId="7" w16cid:durableId="793988113">
    <w:abstractNumId w:val="2"/>
  </w:num>
  <w:num w:numId="8" w16cid:durableId="819810107">
    <w:abstractNumId w:val="1"/>
  </w:num>
  <w:num w:numId="9" w16cid:durableId="1817530661">
    <w:abstractNumId w:val="0"/>
  </w:num>
  <w:num w:numId="10" w16cid:durableId="21066090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2EAD"/>
    <w:rsid w:val="004160DC"/>
    <w:rsid w:val="00490407"/>
    <w:rsid w:val="004B482F"/>
    <w:rsid w:val="00561DB7"/>
    <w:rsid w:val="005B2B48"/>
    <w:rsid w:val="005F391D"/>
    <w:rsid w:val="00906658"/>
    <w:rsid w:val="00952661"/>
    <w:rsid w:val="00A93ADA"/>
    <w:rsid w:val="00AA1D8D"/>
    <w:rsid w:val="00B47730"/>
    <w:rsid w:val="00B61393"/>
    <w:rsid w:val="00B72ED8"/>
    <w:rsid w:val="00B803B0"/>
    <w:rsid w:val="00CB0664"/>
    <w:rsid w:val="00CB2E6E"/>
    <w:rsid w:val="00D36CFA"/>
    <w:rsid w:val="00D84924"/>
    <w:rsid w:val="00E10530"/>
    <w:rsid w:val="00EA66B8"/>
    <w:rsid w:val="00FC693F"/>
    <w:rsid w:val="00FF1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FD1C43"/>
  <w14:defaultImageDpi w14:val="300"/>
  <w15:docId w15:val="{8469F7C1-81AA-4538-93EE-DCA3D767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649c76-8833-43f6-b38e-d4e786535e0d">
      <Terms xmlns="http://schemas.microsoft.com/office/infopath/2007/PartnerControls"/>
    </lcf76f155ced4ddcb4097134ff3c332f>
    <TaxCatchAll xmlns="25d6df8f-ae63-4fc5-ac23-3362b7fa2a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1704AF9178A04D801B6D3F76F5E1A1" ma:contentTypeVersion="18" ma:contentTypeDescription="Create a new document." ma:contentTypeScope="" ma:versionID="445815de6d620cdf30fdd49a90677222">
  <xsd:schema xmlns:xsd="http://www.w3.org/2001/XMLSchema" xmlns:xs="http://www.w3.org/2001/XMLSchema" xmlns:p="http://schemas.microsoft.com/office/2006/metadata/properties" xmlns:ns2="e6649c76-8833-43f6-b38e-d4e786535e0d" xmlns:ns3="25d6df8f-ae63-4fc5-ac23-3362b7fa2ab3" targetNamespace="http://schemas.microsoft.com/office/2006/metadata/properties" ma:root="true" ma:fieldsID="0dc9480a996745abc7130e8eae22a880" ns2:_="" ns3:_="">
    <xsd:import namespace="e6649c76-8833-43f6-b38e-d4e786535e0d"/>
    <xsd:import namespace="25d6df8f-ae63-4fc5-ac23-3362b7fa2a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49c76-8833-43f6-b38e-d4e78653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6f33641-4c45-4e79-8791-15b95ec190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6df8f-ae63-4fc5-ac23-3362b7fa2a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8b6ec-087a-466e-a30b-1251b2be71f8}" ma:internalName="TaxCatchAll" ma:showField="CatchAllData" ma:web="25d6df8f-ae63-4fc5-ac23-3362b7fa2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BAA31-5C09-405A-B4C0-A5E5E63CBC31}">
  <ds:schemaRefs>
    <ds:schemaRef ds:uri="http://schemas.microsoft.com/sharepoint/v3/contenttype/forms"/>
  </ds:schemaRefs>
</ds:datastoreItem>
</file>

<file path=customXml/itemProps2.xml><?xml version="1.0" encoding="utf-8"?>
<ds:datastoreItem xmlns:ds="http://schemas.openxmlformats.org/officeDocument/2006/customXml" ds:itemID="{3A4CD20B-3A56-413B-99D5-42CEF5C6F4C6}">
  <ds:schemaRefs>
    <ds:schemaRef ds:uri="http://schemas.microsoft.com/office/2006/metadata/properties"/>
    <ds:schemaRef ds:uri="http://schemas.microsoft.com/office/infopath/2007/PartnerControls"/>
    <ds:schemaRef ds:uri="e6649c76-8833-43f6-b38e-d4e786535e0d"/>
    <ds:schemaRef ds:uri="25d6df8f-ae63-4fc5-ac23-3362b7fa2ab3"/>
  </ds:schemaRefs>
</ds:datastoreItem>
</file>

<file path=customXml/itemProps3.xml><?xml version="1.0" encoding="utf-8"?>
<ds:datastoreItem xmlns:ds="http://schemas.openxmlformats.org/officeDocument/2006/customXml" ds:itemID="{3A1DAE2E-F043-4E75-A65B-9C2CFD7B5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49c76-8833-43f6-b38e-d4e786535e0d"/>
    <ds:schemaRef ds:uri="25d6df8f-ae63-4fc5-ac23-3362b7fa2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Beverly Jones</cp:lastModifiedBy>
  <cp:revision>7</cp:revision>
  <cp:lastPrinted>2026-05-21T07:45:00Z</cp:lastPrinted>
  <dcterms:created xsi:type="dcterms:W3CDTF">2026-05-21T08:57:00Z</dcterms:created>
  <dcterms:modified xsi:type="dcterms:W3CDTF">2026-10-16T08:02:00Z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59f719e6-0dd2-41c6-884e-681f54896804</vt:lpwstr>
  </property>
  <property fmtid="{D5CDD505-2E9C-101B-9397-08002B2CF9AE}" pid="3" name="ContentTypeId">
    <vt:lpwstr>0x010100F81704AF9178A04D801B6D3F76F5E1A1</vt:lpwstr>
  </property>
  <property fmtid="{D5CDD505-2E9C-101B-9397-08002B2CF9AE}" pid="4" name="MediaServiceImageTags">
    <vt:lpwstr/>
  </property>
</Properties>
</file>